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РАСПИСКА</w:t>
      </w:r>
    </w:p>
    <w:p>
      <w:pPr>
        <w:jc w:val="center"/>
      </w:pPr>
      <w:r>
        <w:rPr>
          <w:b w:val="0"/>
        </w:rPr>
        <w:t>в получении денежных средств в долг (по договору займа)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Я, ________________________________________, __.__.______ года рождения, паспорт _______________, выдан ________________________________________, зарегистрирован(а) по адресу: __________________________________________________, получил(а) от займодавца — ________________________________________, __.__.______ года рождения, паспорт _______________, выдан ________________________________________, адрес регистрации: __________________________________________________, — в долг (в качестве займа) денежные средства в размере ________ (________________) рублей наличными.</w:t>
      </w:r>
    </w:p>
    <w:p>
      <w:pPr>
        <w:ind w:firstLine="567"/>
        <w:jc w:val="both"/>
      </w:pPr>
      <w:r>
        <w:rPr>
          <w:b w:val="0"/>
        </w:rPr>
        <w:t xml:space="preserve">Обязуюсь вернуть полученную сумму в полном объёме не позднее «___» ____________ 20___ г. наличными под расписку займодавца.</w:t>
      </w:r>
    </w:p>
    <w:p>
      <w:pPr>
        <w:ind w:firstLine="567"/>
        <w:jc w:val="both"/>
      </w:pPr>
      <w:r>
        <w:rPr>
          <w:b w:val="0"/>
        </w:rPr>
        <w:t xml:space="preserve">Заём беспроцентный: проценты за пользование денежными средствами не начисляются.</w:t>
      </w:r>
    </w:p>
    <w:p>
      <w:pPr>
        <w:ind w:firstLine="567"/>
        <w:jc w:val="both"/>
      </w:pPr>
      <w:r>
        <w:rPr>
          <w:b w:val="0"/>
        </w:rPr>
        <w:t xml:space="preserve">В случае просрочки возврата долга обязуюсь уплатить неустойку в размере 0,1% от невозвращённой суммы за каждый день просрочки.</w:t>
      </w:r>
    </w:p>
    <w:p>
      <w:pPr>
        <w:ind w:firstLine="567"/>
        <w:jc w:val="both"/>
      </w:pPr>
      <w:r>
        <w:rPr>
          <w:b w:val="0"/>
        </w:rPr>
        <w:t>Деньги пересчитаны и получены мной полностью. Расписка составлена мной добровольно, в здравом уме, без принуждения, обмана и угроз.</w:t>
      </w:r>
    </w:p>
    <w:p>
      <w:pPr>
        <w:ind w:firstLine="567"/>
        <w:jc w:val="both"/>
      </w:pPr>
      <w:r>
        <w:rPr>
          <w:b w:val="0"/>
        </w:rPr>
        <w:t>Сумма получена (указать прописью собственноручно): ______________________________________________________________________________.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</w:tcPr>
          <w:p>
            <w:r>
              <w:rPr>
                <w:b/>
              </w:rPr>
              <w:t>Заёмщик (получил деньги)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