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СОГЛАШЕНИЕ О РАСТОРЖЕНИИ ДОГОВОРА</w:t>
      </w:r>
    </w:p>
    <w:p>
      <w:pPr>
        <w:jc w:val="center"/>
      </w:pPr>
      <w:r>
        <w:rPr>
          <w:b w:val="0"/>
        </w:rPr>
        <w:t xml:space="preserve">№ ______ от «___» ____________ 20___ г.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(ИНН 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«____________»</w:t>
      </w:r>
      <w:r>
        <w:rPr>
          <w:b w:val="0"/>
        </w:rPr>
        <w:t xml:space="preserve">, с одной стороны, и индивидуальный предприниматель ________________________________________ (ИНН ____________), именуемый(ая) в дальнейшем </w:t>
      </w:r>
      <w:r>
        <w:rPr>
          <w:b/>
        </w:rPr>
        <w:t xml:space="preserve">«____________»</w:t>
      </w:r>
      <w:r>
        <w:rPr>
          <w:b w:val="0"/>
        </w:rPr>
        <w:t xml:space="preserve">, с другой стороны, вместе именуемые «Стороны», являющиеся сторонами ________________________________________ № ______ от «___» ____________ 20___ г. (далее — Договор), руководствуясь п. 1 ст. 450 и ст. 452 ГК РФ, заключили настоящее соглашение (далее — Соглашение) о нижеследующем.</w:t>
      </w:r>
    </w:p>
    <w:p>
      <w:pPr>
        <w:ind w:firstLine="567"/>
        <w:jc w:val="both"/>
      </w:pPr>
      <w:r>
        <w:rPr>
          <w:b w:val="0"/>
        </w:rPr>
        <w:t xml:space="preserve">1. Стороны по взаимному согласию расторгают Договор. Обязательства Сторон по Договору прекращаются «___» ____________ 20___ г. (п. 2 ст. 453 ГК РФ), за исключением обязательств, предусмотренных Соглашением.</w:t>
      </w:r>
    </w:p>
    <w:p>
      <w:pPr>
        <w:ind w:firstLine="567"/>
        <w:jc w:val="both"/>
      </w:pPr>
      <w:r>
        <w:rPr>
          <w:b w:val="0"/>
        </w:rPr>
        <w:t xml:space="preserve">2. Взаиморасчёты: на дату прекращения Договора обязательства Сторон по оплате исполнены полностью, задолженности друг перед другом Стороны не имеют.</w:t>
      </w:r>
    </w:p>
    <w:p>
      <w:pPr>
        <w:ind w:firstLine="567"/>
        <w:jc w:val="both"/>
      </w:pPr>
      <w:r>
        <w:rPr>
          <w:b w:val="0"/>
        </w:rPr>
        <w:t xml:space="preserve">3. Возврат имущества и документов: имущество и документы, подлежащие возврату по Договору, возвращены Сторонами до подписания Соглашения (или не передавались).</w:t>
      </w:r>
    </w:p>
    <w:p>
      <w:pPr>
        <w:ind w:firstLine="567"/>
        <w:jc w:val="both"/>
      </w:pPr>
      <w:r>
        <w:rPr>
          <w:b w:val="0"/>
        </w:rPr>
        <w:t xml:space="preserve">4. С момента исполнения обязательств, предусмотренных Соглашением, Стороны не имеют друг к другу претензий, связанных с исполнением и расторжением Договора, в том числе по неустойкам и возмещению убытков.</w:t>
      </w:r>
    </w:p>
    <w:p>
      <w:pPr>
        <w:ind w:firstLine="567"/>
        <w:jc w:val="both"/>
      </w:pPr>
      <w:r>
        <w:rPr>
          <w:b w:val="0"/>
        </w:rPr>
        <w:t>5. Стороны не вправе требовать возвращения того, что было исполнено ими по Договору до его расторжения, если иное не предусмотрено Соглашением (п. 4 ст. 453 ГК РФ).</w:t>
      </w:r>
    </w:p>
    <w:p>
      <w:pPr>
        <w:ind w:firstLine="567"/>
        <w:jc w:val="both"/>
      </w:pPr>
      <w:r>
        <w:rPr>
          <w:b w:val="0"/>
        </w:rPr>
        <w:t>6. Соглашение вступает в силу с момента подписания Сторонами. Соглашение составлено в двух экземплярах, по одному для каждой из Сторон.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 xml:space="preserve">____________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 xml:space="preserve">____________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