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Кому:</w:t>
      </w:r>
      <w:r>
        <w:rPr>
          <w:b w:val="0"/>
        </w:rPr>
        <w:t xml:space="preserve"> ________________________________________, адрес: __________________________________________________</w:t>
      </w:r>
    </w:p>
    <w:p>
      <w:pPr>
        <w:ind w:firstLine="567"/>
        <w:jc w:val="both"/>
      </w:pPr>
      <w:r>
        <w:rPr>
          <w:b/>
        </w:rPr>
        <w:t xml:space="preserve">От кого:</w:t>
      </w:r>
      <w:r>
        <w:rPr>
          <w:b w:val="0"/>
        </w:rPr>
        <w:t xml:space="preserve"> ________________________________________, адрес: __________________________________________________, тел. __________________</w:t>
      </w:r>
    </w:p>
    <w:p>
      <w:pPr>
        <w:spacing w:after="120"/>
        <w:jc w:val="center"/>
      </w:pPr>
      <w:r>
        <w:rPr>
          <w:b/>
          <w:sz w:val="28"/>
        </w:rPr>
        <w:t>ПРЕТЕНЗИЯ</w:t>
      </w:r>
    </w:p>
    <w:p>
      <w:pPr>
        <w:jc w:val="center"/>
      </w:pPr>
      <w:r>
        <w:rPr>
          <w:b w:val="0"/>
        </w:rPr>
        <w:t xml:space="preserve">о недостатках выполненной работы (оказанной услуги)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1. «___» ____________ 20___ г. я заключил(а) с Вами ________________________________________ (далее — Договор), по которому Вы обязались ____________________________________________________________ (далее — Работа). Цена Работы по Договору — ________ (________________) рублей, мной оплачено ________ (________________) рублей.</w:t>
      </w:r>
    </w:p>
    <w:p>
      <w:pPr>
        <w:ind w:firstLine="567"/>
        <w:jc w:val="both"/>
      </w:pPr>
      <w:r>
        <w:rPr>
          <w:b w:val="0"/>
        </w:rPr>
        <w:t>2. Работа выполнена «___» ____________ 20___ г. При приёмке Работы обнаружены недостатки: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3. На основании п. 1 ст. 29 Закона РФ «О защите прав потребителей» (далее — Закон) требую безвозмездно устранить недостатки Работы в течение ___ дней со дня получения настоящей претензии (ст. 30 Закона).</w:t>
      </w:r>
    </w:p>
    <w:p>
      <w:pPr>
        <w:ind w:firstLine="567"/>
        <w:jc w:val="both"/>
      </w:pPr>
      <w:r>
        <w:rPr>
          <w:b w:val="0"/>
        </w:rPr>
        <w:t xml:space="preserve">4. За нарушение сроков устранения недостатков и удовлетворения иных требований, изложенных в настоящей претензии, Закон предусматривает неустойку в размере 3% цены Работы за каждый день просрочки (п. 5 ст. 28, ст. 30, п. 3 ст. 31 Закона).</w:t>
      </w:r>
    </w:p>
    <w:p>
      <w:pPr>
        <w:ind w:firstLine="567"/>
        <w:jc w:val="both"/>
      </w:pPr>
      <w:r>
        <w:rPr>
          <w:b w:val="0"/>
        </w:rPr>
        <w:t xml:space="preserve">5. Если требование не будет удовлетворено в указанный срок, я буду вынужден(а) обратиться с жалобой в Роспотребнадзор, а также в суд по месту своего жительства (п. 7 ст. 29 ГПК РФ) с иском о защите прав потребителя, в том числе о взыскании неустойки, убытков, компенсации морального вреда (ст. 15 Закона) и штрафа в размере 50% от суммы, присуждённой судом в мою пользу (п. 6 ст. 13 Закона).</w:t>
      </w:r>
    </w:p>
    <w:p>
      <w:pPr>
        <w:ind w:firstLine="567"/>
        <w:jc w:val="both"/>
      </w:pPr>
      <w:r>
        <w:rPr>
          <w:b w:val="0"/>
        </w:rPr>
        <w:t xml:space="preserve">6. Ответ на претензию прошу направить по почте на адрес: __________________________________________________ и на электронную почту _________________________.</w:t>
      </w:r>
    </w:p>
    <w:p>
      <w:pPr>
        <w:ind w:firstLine="567"/>
        <w:jc w:val="both"/>
      </w:pPr>
      <w:r>
        <w:rPr>
          <w:b w:val="0"/>
        </w:rPr>
        <w:t>Приложения:</w:t>
      </w:r>
    </w:p>
    <w:p>
      <w:pPr>
        <w:ind w:firstLine="567"/>
        <w:jc w:val="both"/>
      </w:pPr>
      <w:r>
        <w:rPr>
          <w:b w:val="0"/>
        </w:rPr>
        <w:t xml:space="preserve">1) 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2) 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3) 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</w:tcPr>
          <w:p>
            <w:r>
              <w:rPr>
                <w:b/>
              </w:rPr>
              <w:t>Потребитель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Претензию получил(а): ______________________ / ______________________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