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567"/>
        <w:jc w:val="both"/>
      </w:pPr>
      <w:r>
        <w:rPr>
          <w:b/>
        </w:rPr>
        <w:t xml:space="preserve">Кому:</w:t>
      </w:r>
      <w:r>
        <w:rPr>
          <w:b w:val="0"/>
        </w:rPr>
        <w:t xml:space="preserve"> ________________________________________, адрес: __________________________________________________</w:t>
      </w:r>
    </w:p>
    <w:p>
      <w:pPr>
        <w:ind w:firstLine="567"/>
        <w:jc w:val="both"/>
      </w:pPr>
      <w:r>
        <w:rPr>
          <w:b/>
        </w:rPr>
        <w:t xml:space="preserve">От кого:</w:t>
      </w:r>
      <w:r>
        <w:rPr>
          <w:b w:val="0"/>
        </w:rPr>
        <w:t xml:space="preserve"> ________________________________________, адрес: __________________________________________________, тел. __________________</w:t>
      </w:r>
    </w:p>
    <w:p>
      <w:pPr>
        <w:spacing w:after="120"/>
        <w:jc w:val="center"/>
      </w:pPr>
      <w:r>
        <w:rPr>
          <w:b/>
          <w:sz w:val="28"/>
        </w:rPr>
        <w:t>ПРЕТЕНЗИЯ</w:t>
      </w:r>
    </w:p>
    <w:p>
      <w:pPr>
        <w:jc w:val="center"/>
      </w:pPr>
      <w:r>
        <w:rPr>
          <w:b w:val="0"/>
        </w:rPr>
        <w:t xml:space="preserve">о возврате денежных средств за товар ненадлежащего качества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1. «___» ____________ 20___ г. я купил(а) у Вас в магазине по адресу: ________________________________________ товар: __________________________________________________ (далее — Товар) стоимостью ________ (________________) рублей. Покупку подтверждает ________________________________________.</w:t>
      </w:r>
    </w:p>
    <w:p>
      <w:pPr>
        <w:ind w:firstLine="567"/>
        <w:jc w:val="both"/>
      </w:pPr>
      <w:r>
        <w:rPr>
          <w:b w:val="0"/>
        </w:rPr>
        <w:t xml:space="preserve">2. В Товаре «___» ____________ 20___ г. обнаружен недостаток: ____________________________________________________________. Гарантийный срок на Товар — _______________; недостаток обнаружен в течение гарантийного срока (п. 1 ст. 19 Закона РФ «О защите прав потребителей», далее — Закон). Недостаток не оговаривался продавцом при продаже.</w:t>
      </w:r>
    </w:p>
    <w:p>
      <w:pPr>
        <w:ind w:firstLine="567"/>
        <w:jc w:val="both"/>
      </w:pPr>
      <w:r>
        <w:rPr>
          <w:b w:val="0"/>
        </w:rPr>
        <w:t xml:space="preserve">3. На основании п. 1 ст. 18 Закона отказываюсь от исполнения договора купли-продажи и требую вернуть уплаченную за Товар сумму ________ (________________) рублей в течение 10 дней со дня получения настоящей претензии (ст. 22 Закона).</w:t>
      </w:r>
    </w:p>
    <w:p>
      <w:pPr>
        <w:ind w:firstLine="567"/>
        <w:jc w:val="both"/>
      </w:pPr>
      <w:r>
        <w:rPr>
          <w:b w:val="0"/>
        </w:rPr>
        <w:t xml:space="preserve">4. Готов(а) передать Товар для проверки качества. Прошу заранее сообщить мне место и время проверки — я намерен(а) в ней участвовать. Если возникнет спор о причинах недостатка, прошу провести экспертизу за счёт продавца с моим участием (п. 5 ст. 18 Закона).</w:t>
      </w:r>
    </w:p>
    <w:p>
      <w:pPr>
        <w:ind w:firstLine="567"/>
        <w:jc w:val="both"/>
      </w:pPr>
      <w:r>
        <w:rPr>
          <w:b w:val="0"/>
        </w:rPr>
        <w:t xml:space="preserve">5. За нарушение сроков, предусмотренных ст. 20, 21 и 22 Закона, продавец уплачивает неустойку в размере 1% цены Товара за каждый день просрочки (п. 1 ст. 23 Закона). Если требование не будет удовлетворено в указанный срок, я буду вынужден(а) обратиться с жалобой в Роспотребнадзор, а также в суд по месту своего жительства (п. 7 ст. 29 ГПК РФ) с иском о взыскании уплаченных денежных средств, неустойки, убытков, компенсации морального вреда (ст. 15 Закона) и штрафа в размере 50% от суммы, присуждённой судом в мою пользу (п. 6 ст. 13 Закона).</w:t>
      </w:r>
    </w:p>
    <w:p>
      <w:pPr>
        <w:ind w:firstLine="567"/>
        <w:jc w:val="both"/>
      </w:pPr>
      <w:r>
        <w:rPr>
          <w:b w:val="0"/>
        </w:rPr>
        <w:t xml:space="preserve">6. Ответ на претензию прошу направить по почте на адрес: __________________________________________________ и на электронную почту _________________________. Денежные средства прошу перечислить по реквизитам: ____________________________________________________________.</w:t>
      </w:r>
    </w:p>
    <w:p>
      <w:pPr>
        <w:ind w:firstLine="567"/>
        <w:jc w:val="both"/>
      </w:pPr>
      <w:r>
        <w:rPr>
          <w:b w:val="0"/>
        </w:rPr>
        <w:t>Приложения:</w:t>
      </w:r>
    </w:p>
    <w:p>
      <w:pPr>
        <w:ind w:firstLine="567"/>
        <w:jc w:val="both"/>
      </w:pPr>
      <w:r>
        <w:rPr>
          <w:b w:val="0"/>
        </w:rPr>
        <w:t xml:space="preserve">1) __________________________________________________</w:t>
      </w:r>
    </w:p>
    <w:p>
      <w:pPr>
        <w:ind w:firstLine="567"/>
        <w:jc w:val="both"/>
      </w:pPr>
      <w:r>
        <w:rPr>
          <w:b w:val="0"/>
        </w:rPr>
        <w:t xml:space="preserve">2) __________________________________________________</w:t>
      </w:r>
    </w:p>
    <w:p>
      <w:pPr>
        <w:ind w:firstLine="567"/>
        <w:jc w:val="both"/>
      </w:pPr>
      <w:r>
        <w:rPr>
          <w:b w:val="0"/>
        </w:rPr>
        <w:t xml:space="preserve">3) 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9"/>
          </w:tcPr>
          <w:p>
            <w:r>
              <w:rPr>
                <w:b/>
              </w:rPr>
              <w:t>Потребитель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pPr>
        <w:ind w:firstLine="567"/>
        <w:jc w:val="both"/>
      </w:pPr>
      <w:r>
        <w:rPr>
          <w:b w:val="0"/>
        </w:rPr>
        <w:t>Претензию получил(а): ______________________ / ______________________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