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Кому:</w:t>
      </w:r>
      <w:r>
        <w:rPr>
          <w:b w:val="0"/>
        </w:rPr>
        <w:t xml:space="preserve"> ________________________________________, адрес: __________________________________________________</w:t>
      </w:r>
    </w:p>
    <w:p>
      <w:pPr>
        <w:ind w:firstLine="567"/>
        <w:jc w:val="both"/>
      </w:pPr>
      <w:r>
        <w:rPr>
          <w:b/>
        </w:rPr>
        <w:t xml:space="preserve">От кого:</w:t>
      </w:r>
      <w:r>
        <w:rPr>
          <w:b w:val="0"/>
        </w:rPr>
        <w:t xml:space="preserve"> ________________________________________, в лице ____________________ ______________________________, адрес: __________________________________________________, тел. __________________</w:t>
      </w:r>
    </w:p>
    <w:p>
      <w:pPr>
        <w:spacing w:after="120"/>
        <w:jc w:val="center"/>
      </w:pPr>
      <w:r>
        <w:rPr>
          <w:b/>
          <w:sz w:val="28"/>
        </w:rPr>
        <w:t>ОТВЕТ НА ПРЕТЕНЗИЮ</w:t>
      </w:r>
    </w:p>
    <w:p>
      <w:pPr>
        <w:jc w:val="center"/>
      </w:pPr>
      <w:r>
        <w:rPr>
          <w:b w:val="0"/>
        </w:rPr>
        <w:t xml:space="preserve">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1. «___» ____________ 20___ г. нами получена Ваша претензия от «___» ____________ 20___ г. (далее — Претензия), в которой Вы требуете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2. По результатам рассмотрения признаём требования Претензии обоснованными частично и готовы в срок до «___» ____________ 20___ г. ____________________________________________________________. В удовлетворении остальных требований (__________________________________________________) отказываем, поскольку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3. Для перечисления денежных средств просим сообщить банковские реквизиты, если они не указаны в Претензии. После исполнения просим считать спор урегулированным в части удовлетворённых требований.</w:t>
      </w:r>
    </w:p>
    <w:p>
      <w:pPr>
        <w:ind w:firstLine="567"/>
        <w:jc w:val="both"/>
      </w:pPr>
      <w:r>
        <w:rPr>
          <w:b w:val="0"/>
        </w:rPr>
        <w:t xml:space="preserve">4. Для связи: тел. __________________.</w:t>
      </w:r>
    </w:p>
    <w:p>
      <w:pPr>
        <w:ind w:firstLine="567"/>
        <w:jc w:val="both"/>
      </w:pPr>
      <w:r>
        <w:rPr>
          <w:b w:val="0"/>
        </w:rPr>
        <w:t>Приложения:</w:t>
      </w:r>
    </w:p>
    <w:p>
      <w:pPr>
        <w:ind w:firstLine="567"/>
        <w:jc w:val="both"/>
      </w:pPr>
      <w:r>
        <w:rPr>
          <w:b w:val="0"/>
        </w:rPr>
        <w:t xml:space="preserve">1) 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2) 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3) 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</w:tcPr>
          <w:p>
            <w:r>
              <w:rPr>
                <w:b/>
              </w:rPr>
              <w:t>Отправитель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