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567"/>
        <w:jc w:val="both"/>
      </w:pPr>
      <w:r>
        <w:rPr>
          <w:b/>
        </w:rPr>
        <w:t xml:space="preserve">____________________________________________________________</w:t>
      </w:r>
    </w:p>
    <w:p>
      <w:pPr>
        <w:ind w:firstLine="567"/>
        <w:jc w:val="both"/>
      </w:pPr>
      <w:r>
        <w:rPr>
          <w:b w:val="0"/>
        </w:rPr>
        <w:t xml:space="preserve">Адрес суда: __________________________________________________</w:t>
      </w:r>
    </w:p>
    <w:p>
      <w:pPr>
        <w:ind w:firstLine="567"/>
        <w:jc w:val="both"/>
      </w:pPr>
      <w:r>
        <w:rPr>
          <w:b/>
        </w:rPr>
        <w:t xml:space="preserve">Истец:</w:t>
      </w:r>
      <w:r>
        <w:rPr>
          <w:b w:val="0"/>
        </w:rPr>
        <w:t xml:space="preserve"> ________________________________________, дата рождения: __.__.______, место рождения: ______________________________, место жительства: __________________________________________________, идентификатор: ______________________________, тел. __________________</w:t>
      </w:r>
    </w:p>
    <w:p>
      <w:pPr>
        <w:ind w:firstLine="567"/>
        <w:jc w:val="both"/>
      </w:pPr>
      <w:r>
        <w:rPr>
          <w:b/>
        </w:rPr>
        <w:t xml:space="preserve">Ответчик:</w:t>
      </w:r>
      <w:r>
        <w:rPr>
          <w:b w:val="0"/>
        </w:rPr>
        <w:t xml:space="preserve"> ________________________________________, место жительства: __________________________________________________, дата рождения: __.__.______, место рождения: ______________________________, идентификатор: ______________________________</w:t>
      </w:r>
    </w:p>
    <w:p>
      <w:pPr>
        <w:ind w:firstLine="567"/>
        <w:jc w:val="both"/>
      </w:pPr>
      <w:r>
        <w:rPr>
          <w:b/>
        </w:rPr>
        <w:t xml:space="preserve">Цена иска:</w:t>
      </w:r>
      <w:r>
        <w:rPr>
          <w:b w:val="0"/>
        </w:rPr>
        <w:t xml:space="preserve"> ________ (________________) рублей</w:t>
      </w:r>
    </w:p>
    <w:p>
      <w:pPr>
        <w:ind w:firstLine="567"/>
        <w:jc w:val="both"/>
      </w:pPr>
      <w:r>
        <w:rPr>
          <w:b/>
        </w:rPr>
        <w:t>Государственная пошлина:</w:t>
      </w:r>
      <w:r>
        <w:rPr>
          <w:b w:val="0"/>
        </w:rPr>
        <w:t xml:space="preserve"> уплачена, документ об уплате приложен</w:t>
      </w:r>
    </w:p>
    <w:p>
      <w:pPr>
        <w:spacing w:after="120"/>
        <w:jc w:val="center"/>
      </w:pPr>
      <w:r>
        <w:rPr>
          <w:b/>
          <w:sz w:val="28"/>
        </w:rPr>
        <w:t>ИСКОВОЕ ЗАЯВЛЕНИЕ</w:t>
      </w:r>
    </w:p>
    <w:p>
      <w:pPr>
        <w:jc w:val="center"/>
      </w:pPr>
      <w:r>
        <w:rPr>
          <w:b w:val="0"/>
        </w:rPr>
        <w:t xml:space="preserve">о взыскании долга по договору займа</w:t>
      </w:r>
    </w:p>
    <w:p>
      <w:pPr>
        <w:ind w:firstLine="567"/>
        <w:jc w:val="both"/>
      </w:pPr>
      <w:r>
        <w:rPr>
          <w:b w:val="0"/>
        </w:rPr>
        <w:t>«___» ____________ 20___ г. между Истцом и Ответчиком заключён договор займа (далее — Договор), по которому Истец передал Ответчику в долг денежные средства в размере ________ (________________) рублей. Срок возврата долга — до «___» ____________ 20___ г.</w:t>
      </w:r>
    </w:p>
    <w:p>
      <w:pPr>
        <w:ind w:firstLine="567"/>
        <w:jc w:val="both"/>
      </w:pPr>
      <w:r>
        <w:rPr>
          <w:b w:val="0"/>
        </w:rPr>
        <w:t xml:space="preserve">В установленный срок Ответчик обязательство не исполнил, денежные средства не уплатил. Задолженность Ответчика по основному долгу на дату подачи заявления составляет ________ (________________) рублей.</w:t>
      </w:r>
    </w:p>
    <w:p>
      <w:pPr>
        <w:ind w:firstLine="567"/>
        <w:jc w:val="both"/>
      </w:pPr>
      <w:r>
        <w:rPr>
          <w:b w:val="0"/>
        </w:rPr>
        <w:t xml:space="preserve">В силу ст. 309 и 310 ГК РФ обязательства должны исполняться надлежащим образом в соответствии с их условиями, односторонний отказ от исполнения обязательства не допускается. По договору займа заёмщик обязан возвратить займодавцу полученную сумму займа в срок и в порядке, которые предусмотрены договором (п. 1 ст. 807, п. 1 ст. 810 ГК РФ). В подтверждение договора займа и его условий может быть представлена расписка заёмщика (п. 2 ст. 808 ГК РФ).</w:t>
      </w:r>
    </w:p>
    <w:p>
      <w:pPr>
        <w:ind w:firstLine="567"/>
        <w:jc w:val="both"/>
      </w:pPr>
      <w:r>
        <w:rPr>
          <w:b w:val="0"/>
        </w:rPr>
        <w:t xml:space="preserve">Договором предусмотрены проценты за пользование займом: ________________________________________. Займодавец имеет право на получение процентов за пользование займом в размерах и в порядке, определённых договором (п. 1 ст. 809 ГК РФ). Сумма процентов за пользование займом за период ______________________________ составляет ________ (________________) рублей (расчёт приложен).</w:t>
      </w:r>
    </w:p>
    <w:p>
      <w:pPr>
        <w:ind w:firstLine="567"/>
        <w:jc w:val="both"/>
      </w:pPr>
      <w:r>
        <w:rPr>
          <w:b w:val="0"/>
        </w:rPr>
        <w:t xml:space="preserve">В связи с просрочкой возврата денежных средств на сумму долга подлежат начислению проценты в размере ключевой ставки Банка России, действовавшей в соответствующие периоды (п. 1 ст. 395, п. 1 ст. 811 ГК РФ). Сумма процентов за период ______________________________ составляет ________ (________________) рублей (расчёт приложен).</w:t>
      </w:r>
    </w:p>
    <w:p>
      <w:pPr>
        <w:ind w:firstLine="567"/>
        <w:jc w:val="both"/>
      </w:pPr>
      <w:r>
        <w:rPr>
          <w:b w:val="0"/>
        </w:rPr>
        <w:t xml:space="preserve">«___» ____________ 20___ г. Истец направил Ответчику претензию с требованием погасить задолженность. Ответчик на претензию не ответил, задолженность не погасил.</w:t>
      </w:r>
    </w:p>
    <w:p>
      <w:pPr>
        <w:ind w:firstLine="567"/>
        <w:jc w:val="both"/>
      </w:pPr>
      <w:r>
        <w:rPr>
          <w:b w:val="0"/>
        </w:rPr>
        <w:t xml:space="preserve">На основании изложенного, руководствуясь ст. 309, 310, 807–811, 395 ГК РФ, ст. 131, 132 ГПК РФ,</w:t>
      </w:r>
    </w:p>
    <w:p>
      <w:pPr>
        <w:ind w:firstLine="567"/>
        <w:jc w:val="both"/>
      </w:pPr>
      <w:r>
        <w:rPr>
          <w:b/>
        </w:rPr>
        <w:t>ПРОШУ:</w:t>
      </w:r>
    </w:p>
    <w:p>
      <w:pPr>
        <w:ind w:firstLine="567"/>
        <w:jc w:val="both"/>
      </w:pPr>
      <w:r>
        <w:rPr>
          <w:b w:val="0"/>
        </w:rPr>
        <w:t xml:space="preserve">1. Взыскать с Ответчика в пользу Истца сумму основного долга в размере ________ (________________) рублей.</w:t>
      </w:r>
    </w:p>
    <w:p>
      <w:pPr>
        <w:ind w:firstLine="567"/>
        <w:jc w:val="both"/>
      </w:pPr>
      <w:r>
        <w:rPr>
          <w:b w:val="0"/>
        </w:rPr>
        <w:t xml:space="preserve">2. Взыскать с Ответчика в пользу Истца проценты за пользование займом за период ______________________________ в размере ________ (________________) рублей.</w:t>
      </w:r>
    </w:p>
    <w:p>
      <w:pPr>
        <w:ind w:firstLine="567"/>
        <w:jc w:val="both"/>
      </w:pPr>
      <w:r>
        <w:rPr>
          <w:b w:val="0"/>
        </w:rPr>
        <w:t xml:space="preserve">3. Взыскать с Ответчика в пользу Истца проценты за пользование чужими денежными средствами (ст. 395 ГК РФ) за период ______________________________ в размере ________ (________________) рублей, а также проценты по ст. 395 ГК РФ, начисляемые на сумму основного долга (с учётом её погашения) со дня, следующего за последним днём указанного периода, по день фактической уплаты долга.</w:t>
      </w:r>
    </w:p>
    <w:p>
      <w:pPr>
        <w:ind w:firstLine="567"/>
        <w:jc w:val="both"/>
      </w:pPr>
      <w:r>
        <w:rPr>
          <w:b w:val="0"/>
        </w:rPr>
        <w:t xml:space="preserve">4. Взыскать с Ответчика в пользу Истца судебные расходы по уплате государственной пошлины.</w:t>
      </w:r>
    </w:p>
    <w:p>
      <w:pPr>
        <w:ind w:firstLine="567"/>
        <w:jc w:val="both"/>
      </w:pPr>
      <w:r>
        <w:rPr>
          <w:b/>
        </w:rPr>
        <w:t>Приложения:</w:t>
      </w:r>
    </w:p>
    <w:p>
      <w:pPr>
        <w:ind w:firstLine="567"/>
        <w:jc w:val="both"/>
      </w:pPr>
      <w:r>
        <w:rPr>
          <w:b w:val="0"/>
        </w:rPr>
        <w:t>1. Документ об уплате государственной пошлины.</w:t>
      </w:r>
    </w:p>
    <w:p>
      <w:pPr>
        <w:ind w:firstLine="567"/>
        <w:jc w:val="both"/>
      </w:pPr>
      <w:r>
        <w:rPr>
          <w:b w:val="0"/>
        </w:rPr>
        <w:t>2. Документ, подтверждающий направление Ответчику копии искового заявления и приложенных к нему документов (почтовая квитанция и опись вложения).</w:t>
      </w:r>
    </w:p>
    <w:p>
      <w:pPr>
        <w:ind w:firstLine="567"/>
        <w:jc w:val="both"/>
      </w:pPr>
      <w:r>
        <w:rPr>
          <w:b w:val="0"/>
        </w:rPr>
        <w:t>3. Расчёт взыскиваемых сумм.</w:t>
      </w:r>
    </w:p>
    <w:p>
      <w:pPr>
        <w:ind w:firstLine="567"/>
        <w:jc w:val="both"/>
      </w:pPr>
      <w:r>
        <w:rPr>
          <w:b w:val="0"/>
        </w:rPr>
        <w:t xml:space="preserve">4. Копия Договора займа.</w:t>
      </w:r>
    </w:p>
    <w:p>
      <w:pPr>
        <w:ind w:firstLine="567"/>
        <w:jc w:val="both"/>
      </w:pPr>
      <w:r>
        <w:rPr>
          <w:b w:val="0"/>
        </w:rPr>
        <w:t>5. Копия претензии и документ о её направлении Ответчику.</w:t>
      </w:r>
    </w:p>
    <w:p>
      <w:pPr>
        <w:ind w:firstLine="567"/>
        <w:jc w:val="both"/>
      </w:pPr>
      <w:r>
        <w:rPr>
          <w:b w:val="0"/>
        </w:rPr>
        <w:t xml:space="preserve">6.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7.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8.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Дата: «___» ____________ 20___ г.</w:t>
      </w:r>
    </w:p>
    <w:p>
      <w:pPr>
        <w:ind w:firstLine="567"/>
        <w:jc w:val="both"/>
      </w:pPr>
      <w:r>
        <w:rPr>
          <w:b w:val="0"/>
        </w:rPr>
        <w:t xml:space="preserve">Истец ____________________ / ______________________________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