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ДОВЕРЕННОСТЬ (СОГЛАСИЕ)</w:t>
      </w:r>
    </w:p>
    <w:p>
      <w:pPr>
        <w:jc w:val="center"/>
      </w:pPr>
      <w:r>
        <w:rPr>
          <w:b w:val="0"/>
        </w:rPr>
        <w:t>законного представителя на сопровождение несовершеннолетнего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Я, ________________________________________, __.__.______ года рождения, паспорт _______________, выдан ________________________________________, зарегистрирован(а) по адресу: __________________________________________________, телефон __________________, являясь матерью и законным представителем несовершеннолетнего(ей) ________________________________________, __.__.______ года рождения, документ: __________________________________________________ (далее — Ребёнок), настоящим уполномочиваю и даю согласие на то, чтобы Ребёнка сопровождал(а) представитель (далее — Представитель): ________________________________________, __.__.______ года рождения, паспорт _______________, выдан ________________________________________, зарегистрирован(а) по адресу: __________________________________________________, телефон __________________.</w:t>
      </w:r>
    </w:p>
    <w:p>
      <w:pPr>
        <w:ind w:firstLine="567"/>
        <w:jc w:val="both"/>
      </w:pPr>
      <w:r>
        <w:rPr>
          <w:b w:val="0"/>
        </w:rPr>
        <w:t>Представитель вправе:</w:t>
      </w:r>
    </w:p>
    <w:p>
      <w:pPr>
        <w:ind w:firstLine="567"/>
        <w:jc w:val="both"/>
      </w:pPr>
      <w:r>
        <w:rPr>
          <w:b w:val="0"/>
        </w:rPr>
        <w:t xml:space="preserve">— сопровождать Ребёнка в медицинские организации, присутствовать при его осмотре и лечении, получать информацию о состоянии здоровья Ребёнка, медицинские документы, рецепты и направления, записывать Ребёнка на приём; от моего имени подписывать информированное добровольное согласие на медицинские вмешательства (ст. 20 Федерального закона от 21.11.2011 № 323-ФЗ) и отказ от них, за исключением случаев, когда медицинская организация требует личного присутствия законного представителя;</w:t>
      </w:r>
    </w:p>
    <w:p>
      <w:pPr>
        <w:ind w:firstLine="567"/>
        <w:jc w:val="both"/>
      </w:pPr>
      <w:r>
        <w:rPr>
          <w:b w:val="0"/>
        </w:rPr>
        <w:t xml:space="preserve">— сопровождать Ребёнка в поездках по территории Российской Федерации любыми видами транспорта, приобретать проездные документы, размещать Ребёнка вместе с собой в гостиницах, санаториях и иных местах проживания, подписывать необходимые для этого документы;</w:t>
      </w:r>
    </w:p>
    <w:p>
      <w:pPr>
        <w:ind w:firstLine="567"/>
        <w:jc w:val="both"/>
      </w:pPr>
      <w:r>
        <w:rPr>
          <w:b w:val="0"/>
        </w:rPr>
        <w:t xml:space="preserve">— приводить Ребёнка в образовательные организации, кружки, секции и лагеря и забирать его оттуда, общаться с педагогами и администрацией, получать информацию об успеваемости и поведении Ребёнка, получать справки и иные документы, касающиеся Ребёнка;</w:t>
      </w:r>
    </w:p>
    <w:p>
      <w:pPr>
        <w:ind w:firstLine="567"/>
        <w:jc w:val="both"/>
      </w:pPr>
      <w:r>
        <w:rPr>
          <w:b w:val="0"/>
        </w:rPr>
        <w:t>— совершать иные действия, необходимые для выполнения указанных поручений, в интересах Ребёнка.</w:t>
      </w:r>
    </w:p>
    <w:p>
      <w:pPr>
        <w:ind w:firstLine="567"/>
        <w:jc w:val="both"/>
      </w:pPr>
      <w:r>
        <w:rPr>
          <w:b w:val="0"/>
        </w:rPr>
        <w:t xml:space="preserve">Представитель обязан действовать в интересах Ребёнка и незамедлительно сообщать мне по телефону __________________ о любых обстоятельствах, угрожающих его жизни и здоровью.</w:t>
      </w:r>
    </w:p>
    <w:p>
      <w:pPr>
        <w:ind w:firstLine="567"/>
        <w:jc w:val="both"/>
      </w:pPr>
      <w:r>
        <w:rPr>
          <w:b w:val="0"/>
        </w:rPr>
        <w:t>Настоящая доверенность (согласие) не даёт права на выезд Ребёнка из Российской Федерации: для этого требуется нотариально оформленное согласие законного представителя (ст. 20 Федерального закона от 15.08.1996 № 114-ФЗ).</w:t>
      </w:r>
    </w:p>
    <w:p>
      <w:pPr>
        <w:ind w:firstLine="567"/>
        <w:jc w:val="both"/>
      </w:pPr>
      <w:r>
        <w:rPr>
          <w:b w:val="0"/>
        </w:rPr>
        <w:t xml:space="preserve">Доверенность выдана на срок по «___» ____________ 20___ г. включительно, без права передоверия. Я вправе в любое время отменить её (ст. 188, 189 ГК РФ).</w:t>
      </w:r>
    </w:p>
    <w:p>
      <w:pPr>
        <w:ind w:firstLine="567"/>
        <w:jc w:val="both"/>
      </w:pPr>
      <w:r>
        <w:rPr>
          <w:b w:val="0"/>
        </w:rPr>
        <w:t xml:space="preserve">Подпись Представителя _______________ (______________________________) удостоверяю.</w:t>
      </w:r>
    </w:p>
    <w:p>
      <w:pPr>
        <w:ind w:firstLine="567"/>
        <w:jc w:val="both"/>
      </w:pPr>
      <w:r>
        <w:rPr>
          <w:b/>
        </w:rPr>
        <w:t xml:space="preserve">Законный представитель:</w:t>
      </w:r>
      <w:r>
        <w:rPr>
          <w:b w:val="0"/>
        </w:rPr>
        <w:t xml:space="preserve"> _______________ / ______________________________ /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