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ДОВЕРЕННОСТЬ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Я, ________________________________________, __.__.______ года рождения, паспорт _______________, выдан ________________________________________, зарегистрирован(а) по адресу: __________________________________________________ (далее — Доверитель), настоящей доверенностью уполномочиваю представителя (далее — Представитель): ________________________________________, __.__.______ года рождения, паспорт _______________, выдан ________________________________________, зарегистрирован(а) по адресу: __________________________________________________.</w:t>
      </w:r>
    </w:p>
    <w:p>
      <w:pPr>
        <w:ind w:firstLine="567"/>
        <w:jc w:val="both"/>
      </w:pPr>
      <w:r>
        <w:rPr>
          <w:b w:val="0"/>
        </w:rPr>
        <w:t>Представитель вправе совершать от моего имени следующие действия:</w:t>
      </w:r>
    </w:p>
    <w:p>
      <w:pPr>
        <w:ind w:firstLine="567"/>
        <w:jc w:val="both"/>
      </w:pPr>
      <w:r>
        <w:rPr>
          <w:b w:val="0"/>
        </w:rPr>
        <w:t xml:space="preserve">— получать документы, оформленные на моё имя или подлежащие выдаче мне, в организациях и учреждениях;</w:t>
      </w:r>
    </w:p>
    <w:p>
      <w:pPr>
        <w:ind w:firstLine="567"/>
        <w:jc w:val="both"/>
      </w:pPr>
      <w:r>
        <w:rPr>
          <w:b w:val="0"/>
        </w:rPr>
        <w:t xml:space="preserve">— получать адресованные мне почтовые отправления (письма, в том числе заказные, бандероли, посылки) в отделениях почтовой связи, а также отправления служб доставки в пунктах выдачи, за исключением отправлений с объявленной ценностью и наложенным платежом;</w:t>
      </w:r>
    </w:p>
    <w:p>
      <w:pPr>
        <w:ind w:firstLine="567"/>
        <w:jc w:val="both"/>
      </w:pPr>
      <w:r>
        <w:rPr>
          <w:b w:val="0"/>
        </w:rPr>
        <w:t>— подавать заявления и запросы, получать справки, выписки и копии документов, касающихся меня, в организациях, в которые я вправе обратиться лично;</w:t>
      </w:r>
    </w:p>
    <w:p>
      <w:pPr>
        <w:ind w:firstLine="567"/>
        <w:jc w:val="both"/>
      </w:pPr>
      <w:r>
        <w:rPr>
          <w:b w:val="0"/>
        </w:rPr>
        <w:t xml:space="preserve">— представлять мои интересы в организациях (управляющих компаниях и товариществах собственников жилья, ресурсоснабжающих организациях, у операторов связи, в образовательных и медицинских организациях): подавать и получать заявления, обращения и документы, знакомиться с документами, вести переписку;</w:t>
      </w:r>
    </w:p>
    <w:p>
      <w:pPr>
        <w:ind w:firstLine="567"/>
        <w:jc w:val="both"/>
      </w:pPr>
      <w:r>
        <w:rPr>
          <w:b w:val="0"/>
        </w:rPr>
        <w:t>— расписываться за меня и совершать иные действия, необходимые для выполнения указанных поручений.</w:t>
      </w:r>
    </w:p>
    <w:p>
      <w:pPr>
        <w:ind w:firstLine="567"/>
        <w:jc w:val="both"/>
      </w:pPr>
      <w:r>
        <w:rPr>
          <w:b w:val="0"/>
        </w:rPr>
        <w:t>Настоящая доверенность не даёт Представителю права совершать от моего имени сделки с недвижимым имуществом, распоряжаться денежными средствами на моих банковских счетах, получать мою пенсию, заработную плату и иные выплаты, а также представлять мои интересы в суде.</w:t>
      </w:r>
    </w:p>
    <w:p>
      <w:pPr>
        <w:ind w:firstLine="567"/>
        <w:jc w:val="both"/>
      </w:pPr>
      <w:r>
        <w:rPr>
          <w:b w:val="0"/>
        </w:rPr>
        <w:t xml:space="preserve">Доверенность выдана на срок по «___» ____________ 20___ г. включительно, без права передоверия. Я вправе в любое время отменить настоящую доверенность (ст. 188, 189 ГК РФ).</w:t>
      </w:r>
    </w:p>
    <w:p>
      <w:pPr>
        <w:ind w:firstLine="567"/>
        <w:jc w:val="both"/>
      </w:pPr>
      <w:r>
        <w:rPr>
          <w:b w:val="0"/>
        </w:rPr>
        <w:t xml:space="preserve">Подпись Представителя _______________ (______________________________) удостоверяю.</w:t>
      </w:r>
    </w:p>
    <w:p>
      <w:pPr>
        <w:ind w:firstLine="567"/>
        <w:jc w:val="both"/>
      </w:pPr>
      <w:r>
        <w:rPr>
          <w:b/>
        </w:rPr>
        <w:t xml:space="preserve">Доверитель:</w:t>
      </w:r>
      <w:r>
        <w:rPr>
          <w:b w:val="0"/>
        </w:rPr>
        <w:t xml:space="preserve"> _______________ / ______________________________ /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