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ДОПОЛНИТЕЛЬНОЕ СОГЛАШЕНИЕ</w:t>
      </w:r>
    </w:p>
    <w:p>
      <w:pPr>
        <w:jc w:val="center"/>
      </w:pPr>
      <w:r>
        <w:rPr>
          <w:b w:val="0"/>
        </w:rPr>
        <w:t xml:space="preserve">к договору № ______ от «___» ____________ 20___ г.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(ИНН 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«____________»</w:t>
      </w:r>
      <w:r>
        <w:rPr>
          <w:b w:val="0"/>
        </w:rPr>
        <w:t xml:space="preserve">, с одной стороны, и индивидуальный предприниматель ________________________________________ (ИНН ____________), именуемый(ая) в дальнейшем </w:t>
      </w:r>
      <w:r>
        <w:rPr>
          <w:b/>
        </w:rPr>
        <w:t xml:space="preserve">«____________»</w:t>
      </w:r>
      <w:r>
        <w:rPr>
          <w:b w:val="0"/>
        </w:rPr>
        <w:t xml:space="preserve">, с другой стороны, вместе именуемые «Стороны», являющиеся сторонами ________________________________________ от «___» ____________ 20___ г. (далее — Договор), руководствуясь ст. 450 и 452 ГК РФ, заключили настоящее дополнительное соглашение (далее — Соглашение) о нижеследующем.</w:t>
      </w:r>
    </w:p>
    <w:p>
      <w:pPr>
        <w:ind w:firstLine="567"/>
        <w:jc w:val="both"/>
      </w:pPr>
      <w:r>
        <w:rPr>
          <w:b w:val="0"/>
        </w:rPr>
        <w:t>1. Стороны договорились внести в Договор следующие изменения:</w:t>
      </w:r>
    </w:p>
    <w:p>
      <w:pPr>
        <w:ind w:firstLine="567"/>
        <w:jc w:val="both"/>
      </w:pPr>
      <w:r>
        <w:rPr>
          <w:b w:val="0"/>
        </w:rPr>
        <w:t xml:space="preserve">1.1. ____________ Договора изложить в следующей редакции: «________________________________________________________________________________».</w:t>
      </w:r>
    </w:p>
    <w:p>
      <w:pPr>
        <w:ind w:firstLine="567"/>
        <w:jc w:val="both"/>
      </w:pPr>
      <w:r>
        <w:rPr>
          <w:b w:val="0"/>
        </w:rPr>
        <w:t xml:space="preserve">1.2. ____________ Договора изложить в следующей редакции: «________________________________________________________________________________».</w:t>
      </w:r>
    </w:p>
    <w:p>
      <w:pPr>
        <w:ind w:firstLine="567"/>
        <w:jc w:val="both"/>
      </w:pPr>
      <w:r>
        <w:rPr>
          <w:b w:val="0"/>
        </w:rPr>
        <w:t xml:space="preserve">1.3. ____________ Договора изложить в следующей редакции: «________________________________________________________________________________».</w:t>
      </w:r>
    </w:p>
    <w:p>
      <w:pPr>
        <w:ind w:firstLine="567"/>
        <w:jc w:val="both"/>
      </w:pPr>
      <w:r>
        <w:rPr>
          <w:b w:val="0"/>
        </w:rPr>
        <w:t xml:space="preserve">2. Изменения, предусмотренные Соглашением, применяются с даты подписания Соглашения обеими Сторонами.</w:t>
      </w:r>
    </w:p>
    <w:p>
      <w:pPr>
        <w:ind w:firstLine="567"/>
        <w:jc w:val="both"/>
      </w:pPr>
      <w:r>
        <w:rPr>
          <w:b w:val="0"/>
        </w:rPr>
        <w:t>3. Остальные условия Договора, не затронутые Соглашением, остаются неизменными, и Стороны подтверждают по ним свои обязательства.</w:t>
      </w:r>
    </w:p>
    <w:p>
      <w:pPr>
        <w:ind w:firstLine="567"/>
        <w:jc w:val="both"/>
      </w:pPr>
      <w:r>
        <w:rPr>
          <w:b w:val="0"/>
        </w:rPr>
        <w:t>4. Соглашение вступает в силу с момента его подписания Сторонами и является неотъемлемой частью Договора.</w:t>
      </w:r>
    </w:p>
    <w:p>
      <w:pPr>
        <w:ind w:firstLine="567"/>
        <w:jc w:val="both"/>
      </w:pPr>
      <w:r>
        <w:rPr>
          <w:b w:val="0"/>
        </w:rPr>
        <w:t>5. Соглашение составлено в двух экземплярах, имеющих одинаковую юридическую силу, по одному для каждой из Сторон.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 xml:space="preserve">____________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 xml:space="preserve">____________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