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567"/>
        <w:jc w:val="both"/>
      </w:pPr>
      <w:r>
        <w:rPr>
          <w:b/>
        </w:rPr>
        <w:t xml:space="preserve">Кому:</w:t>
      </w:r>
      <w:r>
        <w:rPr>
          <w:b w:val="0"/>
        </w:rPr>
        <w:t xml:space="preserve"> ________________________________________, адрес: __________________________________________________</w:t>
      </w:r>
    </w:p>
    <w:p>
      <w:pPr>
        <w:ind w:firstLine="567"/>
        <w:jc w:val="both"/>
      </w:pPr>
      <w:r>
        <w:rPr>
          <w:b/>
        </w:rPr>
        <w:t xml:space="preserve">От кого:</w:t>
      </w:r>
      <w:r>
        <w:rPr>
          <w:b w:val="0"/>
        </w:rPr>
        <w:t xml:space="preserve"> ________________________________________, адрес: __________________________________________________, тел. __________________</w:t>
      </w:r>
    </w:p>
    <w:p>
      <w:pPr>
        <w:spacing w:after="120"/>
        <w:jc w:val="center"/>
      </w:pPr>
      <w:r>
        <w:rPr>
          <w:b/>
          <w:sz w:val="28"/>
        </w:rPr>
        <w:t>УВЕДОМЛЕНИЕ</w:t>
      </w:r>
    </w:p>
    <w:p>
      <w:pPr>
        <w:jc w:val="center"/>
      </w:pPr>
      <w:r>
        <w:rPr>
          <w:b w:val="0"/>
        </w:rPr>
        <w:t xml:space="preserve">о расторжении договора найма жилого помещения (одностороннем отказе от договора)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Я, ________________________________________, являюсь нанимателем по договору найма жилого помещения от «___» ____________ 20___ г. (далее — Договор), заключённому с Вами в отношении ____________________________________________________________ (далее — Помещение).</w:t>
      </w:r>
    </w:p>
    <w:p>
      <w:pPr>
        <w:ind w:firstLine="567"/>
        <w:jc w:val="both"/>
      </w:pPr>
      <w:r>
        <w:rPr>
          <w:b w:val="0"/>
        </w:rPr>
        <w:t xml:space="preserve">Настоящим уведомляю об одностороннем отказе от исполнения Договора (расторжении Договора) на основании __________________________________________________. Договор прекращается с «___» ____________ 20___ г. (далее — дата прекращения).</w:t>
      </w:r>
    </w:p>
    <w:p>
      <w:pPr>
        <w:ind w:firstLine="567"/>
        <w:jc w:val="both"/>
      </w:pPr>
      <w:r>
        <w:rPr>
          <w:b w:val="0"/>
        </w:rPr>
        <w:t xml:space="preserve">Обязуюсь освободить Помещение и передать его по акту приёма-передачи (возврата) не позднее «___» ____________ 20___ г. включительно. Прошу принять Помещение по акту и вернуть обеспечительный платёж (если он вносился) в порядке, предусмотренном Договором.</w:t>
      </w:r>
    </w:p>
    <w:p>
      <w:pPr>
        <w:ind w:firstLine="567"/>
        <w:jc w:val="both"/>
      </w:pPr>
      <w:r>
        <w:rPr>
          <w:b w:val="0"/>
        </w:rPr>
        <w:t xml:space="preserve">Дату и время передачи прошу согласовать со мной по телефону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9"/>
      </w:tblGrid>
      <w:tr>
        <w:tc>
          <w:tcPr>
            <w:tcW w:type="dxa" w:w="9639"/>
          </w:tcPr>
          <w:p>
            <w:r>
              <w:rPr>
                <w:b/>
              </w:rPr>
              <w:t>Уведомление направил(а)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p>
      <w:pPr>
        <w:ind w:firstLine="567"/>
        <w:jc w:val="both"/>
      </w:pPr>
      <w:r>
        <w:rPr>
          <w:b w:val="0"/>
        </w:rPr>
        <w:t>Уведомление получил(а): ______________________ / ______________________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