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 xml:space="preserve">ДОПОЛНИТЕЛЬНОЕ СОГЛАШЕНИЕ № ___</w:t>
      </w:r>
    </w:p>
    <w:p>
      <w:pPr>
        <w:jc w:val="center"/>
      </w:pPr>
      <w:r>
        <w:rPr>
          <w:b w:val="0"/>
        </w:rPr>
        <w:t xml:space="preserve">о продлении срока договора найма жилого помещения от «___» ____________ 20___ г.</w:t>
      </w:r>
    </w:p>
    <w:p>
      <w:pPr>
        <w:tabs>
          <w:tab w:pos="9638" w:val="right"/>
        </w:tabs>
        <w:spacing w:after="200"/>
      </w:pPr>
      <w:r>
        <w:rPr>
          <w:b w:val="0"/>
        </w:rPr>
        <w:t xml:space="preserve">г. _______________</w:t>
        <w:tab/>
        <w:t xml:space="preserve">«___» ____________ 20___ г.</w:t>
      </w:r>
    </w:p>
    <w:p>
      <w:pPr>
        <w:ind w:firstLine="567"/>
        <w:jc w:val="both"/>
      </w:pPr>
      <w:r>
        <w:rPr>
          <w:b w:val="0"/>
        </w:rPr>
        <w:t xml:space="preserve">________________________________________, __________________________________________________, именуемый(ая, ое) в дальнейшем </w:t>
      </w:r>
      <w:r>
        <w:rPr>
          <w:b/>
        </w:rPr>
        <w:t xml:space="preserve">«Наймодатель»</w:t>
      </w:r>
      <w:r>
        <w:rPr>
          <w:b w:val="0"/>
        </w:rPr>
        <w:t xml:space="preserve">, с одной стороны, и ________________________________________, __________________________________________________, именуемый(ая, ое) в дальнейшем </w:t>
      </w:r>
      <w:r>
        <w:rPr>
          <w:b/>
        </w:rPr>
        <w:t xml:space="preserve">«Наниматель»</w:t>
      </w:r>
      <w:r>
        <w:rPr>
          <w:b w:val="0"/>
        </w:rPr>
        <w:t xml:space="preserve">, с другой стороны, вместе именуемые «Стороны», заключили настоящее дополнительное соглашение (далее — Соглашение) к договору найма жилого помещения от «___» ____________ 20___ г. (далее — Договор), предметом которого является ____________________________________________________________, о нижеследующем.</w:t>
      </w:r>
    </w:p>
    <w:p>
      <w:pPr>
        <w:ind w:firstLine="567"/>
        <w:jc w:val="both"/>
      </w:pPr>
      <w:r>
        <w:rPr>
          <w:b w:val="0"/>
        </w:rPr>
        <w:t xml:space="preserve">1. Стороны договорились продлить срок действия Договора. Новый срок окончания Договора — «___» ____________ 20___ г. включительно.</w:t>
      </w:r>
    </w:p>
    <w:p>
      <w:pPr>
        <w:ind w:firstLine="567"/>
        <w:jc w:val="both"/>
      </w:pPr>
      <w:r>
        <w:rPr>
          <w:b w:val="0"/>
        </w:rPr>
        <w:t xml:space="preserve">2. Размер платы за наём и порядок её внесения на новый срок не изменяются.</w:t>
      </w:r>
    </w:p>
    <w:p>
      <w:pPr>
        <w:ind w:firstLine="567"/>
        <w:jc w:val="both"/>
      </w:pPr>
      <w:r>
        <w:rPr>
          <w:b w:val="0"/>
        </w:rPr>
        <w:t xml:space="preserve">3. Иные условия Договора на новый срок не изменяются.</w:t>
      </w:r>
    </w:p>
    <w:p>
      <w:pPr>
        <w:ind w:firstLine="567"/>
        <w:jc w:val="both"/>
      </w:pPr>
      <w:r>
        <w:rPr>
          <w:b w:val="0"/>
        </w:rPr>
        <w:t xml:space="preserve">4. Обеспечительный платёж, внесённый по Договору, сохраняется на новый срок и обеспечивает исполнение обязательств по Договору с учётом настоящего Соглашения.</w:t>
      </w:r>
    </w:p>
    <w:p>
      <w:pPr>
        <w:ind w:firstLine="567"/>
        <w:jc w:val="both"/>
      </w:pPr>
      <w:r>
        <w:rPr>
          <w:b w:val="0"/>
        </w:rPr>
        <w:t>5. Во всём остальном, что не предусмотрено Соглашением, Стороны руководствуются Договором. Обязательства Сторон, возникшие до подписания Соглашения, сохраняются.</w:t>
      </w:r>
    </w:p>
    <w:p>
      <w:pPr>
        <w:ind w:firstLine="567"/>
        <w:jc w:val="both"/>
      </w:pPr>
      <w:r>
        <w:rPr>
          <w:b w:val="0"/>
        </w:rPr>
        <w:t xml:space="preserve">6. Соглашение вступает в силу с момента его подписания Сторонами.</w:t>
      </w:r>
    </w:p>
    <w:p>
      <w:pPr>
        <w:ind w:firstLine="567"/>
        <w:jc w:val="both"/>
      </w:pPr>
      <w:r>
        <w:rPr>
          <w:b w:val="0"/>
        </w:rPr>
        <w:t xml:space="preserve">7. Соглашение составлено в двух экземплярах, имеющих равную юридическую силу, и является неотъемлемой частью Договора.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/>
              </w:rPr>
              <w:t xml:space="preserve">Наймодатель</w:t>
            </w:r>
          </w:p>
          <w:p>
            <w:r>
              <w:t xml:space="preserve">_________________________</w:t>
            </w:r>
          </w:p>
          <w:p/>
          <w:p>
            <w:r>
              <w:t>_____________ / _____________</w:t>
            </w:r>
          </w:p>
          <w:p>
            <w:r>
              <w:rPr>
                <w:sz w:val="16"/>
              </w:rPr>
              <w:t>подпись            расшифровка</w:t>
            </w:r>
          </w:p>
        </w:tc>
        <w:tc>
          <w:tcPr>
            <w:tcW w:type="dxa" w:w="4819"/>
          </w:tcPr>
          <w:p>
            <w:r>
              <w:rPr>
                <w:b/>
              </w:rPr>
              <w:t xml:space="preserve">Наниматель</w:t>
            </w:r>
          </w:p>
          <w:p>
            <w:r>
              <w:t xml:space="preserve">_________________________</w:t>
            </w:r>
          </w:p>
          <w:p/>
          <w:p>
            <w:r>
              <w:t>_____________ / _____________</w:t>
            </w:r>
          </w:p>
          <w:p>
            <w:r>
              <w:rPr>
                <w:sz w:val="16"/>
              </w:rPr>
              <w:t>подпись            расшифровка</w:t>
            </w:r>
          </w:p>
        </w:tc>
      </w:tr>
    </w:tbl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before="0" w:line="264" w:lineRule="auto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identifier/>
  <dc:language/>
</cp:coreProperties>
</file>