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АКТ ОБ ОКАЗАНИИ УСЛУГ</w:t>
      </w:r>
    </w:p>
    <w:p>
      <w:pPr>
        <w:jc w:val="center"/>
      </w:pPr>
      <w:r>
        <w:rPr>
          <w:b w:val="0"/>
        </w:rPr>
        <w:t xml:space="preserve">к ______________________________ от «___» ____________ 20___ г.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(ИНН 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«Заказчик»</w:t>
      </w:r>
      <w:r>
        <w:rPr>
          <w:b w:val="0"/>
        </w:rPr>
        <w:t xml:space="preserve">, с одной стороны, и индивидуальный предприниматель ________________________________________ (ИНН ____________), именуемый(ая) в дальнейшем </w:t>
      </w:r>
      <w:r>
        <w:rPr>
          <w:b/>
        </w:rPr>
        <w:t xml:space="preserve">«Исполнитель»</w:t>
      </w:r>
      <w:r>
        <w:rPr>
          <w:b w:val="0"/>
        </w:rPr>
        <w:t xml:space="preserve">, с другой стороны, составили настоящий акт о нижеследующем.</w:t>
      </w:r>
    </w:p>
    <w:p>
      <w:pPr>
        <w:ind w:firstLine="567"/>
        <w:jc w:val="both"/>
      </w:pPr>
      <w:r>
        <w:rPr>
          <w:b w:val="0"/>
        </w:rPr>
        <w:t xml:space="preserve">1. Исполнитель оказал, а Заказчик принял следующие услуги по ______________________________ от «___» ____________ 20___ г. (далее — Договор):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</w:tcPr>
          <w:p>
            <w:r>
              <w:rPr>
                <w:b/>
              </w:rPr>
              <w:t>№</w:t>
            </w:r>
          </w:p>
        </w:tc>
        <w:tc>
          <w:tcPr>
            <w:tcW w:type="dxa" w:w="1606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1606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606"/>
          </w:tcPr>
          <w:p>
            <w:r>
              <w:rPr>
                <w:b/>
              </w:rPr>
              <w:t>Ед. изм.</w:t>
            </w:r>
          </w:p>
        </w:tc>
        <w:tc>
          <w:tcPr>
            <w:tcW w:type="dxa" w:w="1606"/>
          </w:tcPr>
          <w:p>
            <w:r>
              <w:rPr>
                <w:b/>
              </w:rPr>
              <w:t>Цена, ₽</w:t>
            </w:r>
          </w:p>
        </w:tc>
        <w:tc>
          <w:tcPr>
            <w:tcW w:type="dxa" w:w="1606"/>
          </w:tcPr>
          <w:p>
            <w:r>
              <w:rPr>
                <w:b/>
              </w:rPr>
              <w:t>Сумма, ₽</w:t>
            </w:r>
          </w:p>
        </w:tc>
      </w:tr>
      <w:tr>
        <w:tc>
          <w:tcPr>
            <w:tcW w:type="dxa" w:w="1606"/>
          </w:tcPr>
          <w:p>
            <w:r>
              <w:t xml:space="preserve">1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2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3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4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5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2. Общая стоимость оказанных услуг составляет ________ (________________) рублей, НДС не облагается.</w:t>
      </w:r>
    </w:p>
    <w:p>
      <w:pPr>
        <w:ind w:firstLine="567"/>
        <w:jc w:val="both"/>
      </w:pPr>
      <w:r>
        <w:rPr>
          <w:b w:val="0"/>
        </w:rPr>
        <w:t xml:space="preserve">3. Услуги оказаны полностью, в установленный срок и с надлежащим качеством. Заказчик претензий по объёму, качеству и срокам оказания услуг не имеет.</w:t>
      </w:r>
    </w:p>
    <w:p>
      <w:pPr>
        <w:ind w:firstLine="567"/>
        <w:jc w:val="both"/>
      </w:pPr>
      <w:r>
        <w:rPr>
          <w:b w:val="0"/>
        </w:rPr>
        <w:t xml:space="preserve">4. Расчёты: стоимость, указанная в п. 2, подлежит оплате в порядке и сроки, установленные Договором.</w:t>
      </w:r>
    </w:p>
    <w:p>
      <w:pPr>
        <w:ind w:firstLine="567"/>
        <w:jc w:val="both"/>
      </w:pPr>
      <w:r>
        <w:rPr>
          <w:b w:val="0"/>
        </w:rPr>
        <w:t>5. Акт составлен в двух экземплярах, по одному для каждой из Сторон, и является неотъемлемой частью Договора.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Заказчик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 xml:space="preserve">Исполнитель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